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1CF" w:rsidRPr="00FB42C7" w:rsidRDefault="00E85868">
      <w:pPr>
        <w:spacing w:after="100"/>
        <w:jc w:val="center"/>
        <w:rPr>
          <w:lang w:val="ru-RU"/>
        </w:rPr>
      </w:pPr>
      <w:r w:rsidRPr="00FB42C7">
        <w:rPr>
          <w:rFonts w:eastAsia="Arial"/>
          <w:b/>
          <w:sz w:val="32"/>
          <w:lang w:val="ru-RU"/>
        </w:rPr>
        <w:t>СОГЛАСИЕ</w:t>
      </w:r>
    </w:p>
    <w:p w:rsidR="00F101CF" w:rsidRPr="00FB42C7" w:rsidRDefault="00E85868">
      <w:pPr>
        <w:spacing w:after="160"/>
        <w:jc w:val="center"/>
        <w:rPr>
          <w:lang w:val="ru-RU"/>
        </w:rPr>
      </w:pPr>
      <w:r w:rsidRPr="00FB42C7">
        <w:rPr>
          <w:rFonts w:eastAsia="Arial"/>
          <w:b/>
          <w:sz w:val="30"/>
          <w:lang w:val="ru-RU"/>
        </w:rPr>
        <w:t>на обработку персональных данных</w:t>
      </w:r>
    </w:p>
    <w:p w:rsidR="00F101CF" w:rsidRPr="00FB42C7" w:rsidRDefault="00E85868">
      <w:pPr>
        <w:spacing w:after="280"/>
        <w:jc w:val="center"/>
        <w:rPr>
          <w:lang w:val="ru-RU"/>
        </w:rPr>
      </w:pPr>
      <w:r w:rsidRPr="00FB42C7">
        <w:rPr>
          <w:rFonts w:eastAsia="Arial"/>
          <w:i/>
          <w:sz w:val="20"/>
          <w:lang w:val="ru-RU"/>
        </w:rPr>
        <w:t>Редакция от 13 июля 2026 года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3"/>
      </w:tblGrid>
      <w:tr w:rsidR="00F101CF">
        <w:tc>
          <w:tcPr>
            <w:tcW w:w="9973" w:type="dxa"/>
            <w:shd w:val="clear" w:color="auto" w:fill="F2F2F2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F101CF" w:rsidRDefault="00E85868">
            <w:pPr>
              <w:spacing w:after="0"/>
              <w:jc w:val="both"/>
            </w:pPr>
            <w:r w:rsidRPr="00FB42C7">
              <w:rPr>
                <w:rFonts w:eastAsia="Arial"/>
                <w:lang w:val="ru-RU"/>
              </w:rPr>
              <w:t xml:space="preserve">Настоящим я, действуя свободно, своей волей и в своём интересе, добровольно, конкретно, предметно, </w:t>
            </w:r>
            <w:proofErr w:type="spellStart"/>
            <w:r w:rsidRPr="00FB42C7">
              <w:rPr>
                <w:rFonts w:eastAsia="Arial"/>
                <w:lang w:val="ru-RU"/>
              </w:rPr>
              <w:t>информированно</w:t>
            </w:r>
            <w:proofErr w:type="spellEnd"/>
            <w:r w:rsidRPr="00FB42C7">
              <w:rPr>
                <w:rFonts w:eastAsia="Arial"/>
                <w:lang w:val="ru-RU"/>
              </w:rPr>
              <w:t xml:space="preserve">, сознательно и однозначно, предоставляю согласие на обработку моих </w:t>
            </w:r>
            <w:r w:rsidRPr="00FB42C7">
              <w:rPr>
                <w:rFonts w:eastAsia="Arial"/>
                <w:lang w:val="ru-RU"/>
              </w:rPr>
              <w:t xml:space="preserve">персональных данных Обществу с ограниченной ответственностью </w:t>
            </w:r>
            <w:proofErr w:type="spellStart"/>
            <w:r>
              <w:rPr>
                <w:rFonts w:eastAsia="Arial"/>
              </w:rPr>
              <w:t>Специализированный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застройщик</w:t>
            </w:r>
            <w:proofErr w:type="spellEnd"/>
            <w:r>
              <w:rPr>
                <w:rFonts w:eastAsia="Arial"/>
              </w:rPr>
              <w:t xml:space="preserve"> «</w:t>
            </w:r>
            <w:proofErr w:type="spellStart"/>
            <w:r>
              <w:rPr>
                <w:rFonts w:eastAsia="Arial"/>
              </w:rPr>
              <w:t>ГолдИнвест</w:t>
            </w:r>
            <w:proofErr w:type="spellEnd"/>
            <w:r>
              <w:rPr>
                <w:rFonts w:eastAsia="Arial"/>
              </w:rPr>
              <w:t>» (</w:t>
            </w:r>
            <w:proofErr w:type="spellStart"/>
            <w:r>
              <w:rPr>
                <w:rFonts w:eastAsia="Arial"/>
              </w:rPr>
              <w:t>далее</w:t>
            </w:r>
            <w:proofErr w:type="spellEnd"/>
            <w:r>
              <w:rPr>
                <w:rFonts w:eastAsia="Arial"/>
              </w:rPr>
              <w:t xml:space="preserve"> — Оператор) на условиях, изложенных ниже.</w:t>
            </w:r>
          </w:p>
        </w:tc>
      </w:tr>
    </w:tbl>
    <w:p w:rsidR="00F101CF" w:rsidRDefault="00F101CF">
      <w:pPr>
        <w:spacing w:after="0"/>
      </w:pPr>
    </w:p>
    <w:p w:rsidR="00F101CF" w:rsidRPr="00FB42C7" w:rsidRDefault="00E85868">
      <w:pPr>
        <w:spacing w:after="40"/>
        <w:rPr>
          <w:lang w:val="ru-RU"/>
        </w:rPr>
      </w:pPr>
      <w:r w:rsidRPr="00FB42C7">
        <w:rPr>
          <w:rFonts w:eastAsia="Arial"/>
          <w:b/>
          <w:lang w:val="ru-RU"/>
        </w:rPr>
        <w:t xml:space="preserve">Оператор: </w:t>
      </w:r>
      <w:r w:rsidRPr="00FB42C7">
        <w:rPr>
          <w:rFonts w:eastAsia="Arial"/>
          <w:lang w:val="ru-RU"/>
        </w:rPr>
        <w:t>ООО Специализированный застройщик «</w:t>
      </w:r>
      <w:proofErr w:type="spellStart"/>
      <w:r w:rsidRPr="00FB42C7">
        <w:rPr>
          <w:rFonts w:eastAsia="Arial"/>
          <w:lang w:val="ru-RU"/>
        </w:rPr>
        <w:t>ГолдИнвест</w:t>
      </w:r>
      <w:proofErr w:type="spellEnd"/>
      <w:r w:rsidRPr="00FB42C7">
        <w:rPr>
          <w:rFonts w:eastAsia="Arial"/>
          <w:lang w:val="ru-RU"/>
        </w:rPr>
        <w:t>»</w:t>
      </w:r>
    </w:p>
    <w:p w:rsidR="00F101CF" w:rsidRPr="00FB42C7" w:rsidRDefault="00E85868">
      <w:pPr>
        <w:spacing w:after="40"/>
        <w:rPr>
          <w:lang w:val="ru-RU"/>
        </w:rPr>
      </w:pPr>
      <w:r w:rsidRPr="00FB42C7">
        <w:rPr>
          <w:rFonts w:eastAsia="Arial"/>
          <w:b/>
          <w:lang w:val="ru-RU"/>
        </w:rPr>
        <w:t xml:space="preserve">ИНН: </w:t>
      </w:r>
      <w:r w:rsidRPr="00FB42C7">
        <w:rPr>
          <w:rFonts w:eastAsia="Arial"/>
          <w:lang w:val="ru-RU"/>
        </w:rPr>
        <w:t>2543140501</w:t>
      </w:r>
    </w:p>
    <w:p w:rsidR="00F101CF" w:rsidRPr="00FB42C7" w:rsidRDefault="00E85868">
      <w:pPr>
        <w:spacing w:after="40"/>
        <w:rPr>
          <w:lang w:val="ru-RU"/>
        </w:rPr>
      </w:pPr>
      <w:r w:rsidRPr="00FB42C7">
        <w:rPr>
          <w:rFonts w:eastAsia="Arial"/>
          <w:b/>
          <w:lang w:val="ru-RU"/>
        </w:rPr>
        <w:t xml:space="preserve">ОГРН: </w:t>
      </w:r>
      <w:r w:rsidRPr="00FB42C7">
        <w:rPr>
          <w:rFonts w:eastAsia="Arial"/>
          <w:lang w:val="ru-RU"/>
        </w:rPr>
        <w:t>1192536022227</w:t>
      </w:r>
    </w:p>
    <w:p w:rsidR="00F101CF" w:rsidRPr="00FB42C7" w:rsidRDefault="00E85868">
      <w:pPr>
        <w:spacing w:after="40"/>
        <w:rPr>
          <w:lang w:val="ru-RU"/>
        </w:rPr>
      </w:pPr>
      <w:r w:rsidRPr="00FB42C7">
        <w:rPr>
          <w:rFonts w:eastAsia="Arial"/>
          <w:b/>
          <w:lang w:val="ru-RU"/>
        </w:rPr>
        <w:t xml:space="preserve">Адрес: </w:t>
      </w:r>
      <w:r w:rsidRPr="00FB42C7">
        <w:rPr>
          <w:rFonts w:eastAsia="Arial"/>
          <w:lang w:val="ru-RU"/>
        </w:rPr>
        <w:t>6</w:t>
      </w:r>
      <w:r w:rsidRPr="00FB42C7">
        <w:rPr>
          <w:rFonts w:eastAsia="Arial"/>
          <w:lang w:val="ru-RU"/>
        </w:rPr>
        <w:t xml:space="preserve">90035, Приморский край, г. Владивосток, ул. Можжевеловая, д. 18, </w:t>
      </w:r>
      <w:proofErr w:type="spellStart"/>
      <w:r w:rsidRPr="00FB42C7">
        <w:rPr>
          <w:rFonts w:eastAsia="Arial"/>
          <w:lang w:val="ru-RU"/>
        </w:rPr>
        <w:t>помещ</w:t>
      </w:r>
      <w:proofErr w:type="spellEnd"/>
      <w:r w:rsidRPr="00FB42C7">
        <w:rPr>
          <w:rFonts w:eastAsia="Arial"/>
          <w:lang w:val="ru-RU"/>
        </w:rPr>
        <w:t>. 8</w:t>
      </w:r>
    </w:p>
    <w:p w:rsidR="00F101CF" w:rsidRPr="00FB42C7" w:rsidRDefault="00E85868">
      <w:pPr>
        <w:spacing w:after="40"/>
        <w:rPr>
          <w:lang w:val="ru-RU"/>
        </w:rPr>
      </w:pPr>
      <w:r w:rsidRPr="00FB42C7">
        <w:rPr>
          <w:rFonts w:eastAsia="Arial"/>
          <w:b/>
          <w:lang w:val="ru-RU"/>
        </w:rPr>
        <w:t xml:space="preserve">Сайт: </w:t>
      </w:r>
      <w:r>
        <w:rPr>
          <w:rFonts w:eastAsia="Arial"/>
        </w:rPr>
        <w:t>https</w:t>
      </w:r>
      <w:r w:rsidRPr="00FB42C7">
        <w:rPr>
          <w:rFonts w:eastAsia="Arial"/>
          <w:lang w:val="ru-RU"/>
        </w:rPr>
        <w:t>://</w:t>
      </w:r>
      <w:proofErr w:type="spellStart"/>
      <w:r w:rsidRPr="00FB42C7">
        <w:rPr>
          <w:rFonts w:eastAsia="Arial"/>
          <w:lang w:val="ru-RU"/>
        </w:rPr>
        <w:t>домсуглом.рф</w:t>
      </w:r>
      <w:proofErr w:type="spellEnd"/>
    </w:p>
    <w:p w:rsidR="00F101CF" w:rsidRPr="00FB42C7" w:rsidRDefault="00E85868">
      <w:pPr>
        <w:spacing w:after="40"/>
        <w:rPr>
          <w:lang w:val="ru-RU"/>
        </w:rPr>
      </w:pPr>
      <w:r w:rsidRPr="00FB42C7">
        <w:rPr>
          <w:rFonts w:eastAsia="Arial"/>
          <w:b/>
          <w:lang w:val="ru-RU"/>
        </w:rPr>
        <w:t xml:space="preserve">Электронная почта: </w:t>
      </w:r>
      <w:proofErr w:type="spellStart"/>
      <w:r>
        <w:rPr>
          <w:rFonts w:eastAsia="Arial"/>
        </w:rPr>
        <w:t>leodevelopment</w:t>
      </w:r>
      <w:proofErr w:type="spellEnd"/>
      <w:r w:rsidRPr="00FB42C7">
        <w:rPr>
          <w:rFonts w:eastAsia="Arial"/>
          <w:lang w:val="ru-RU"/>
        </w:rPr>
        <w:t>.</w:t>
      </w:r>
      <w:proofErr w:type="spellStart"/>
      <w:r>
        <w:rPr>
          <w:rFonts w:eastAsia="Arial"/>
        </w:rPr>
        <w:t>vl</w:t>
      </w:r>
      <w:proofErr w:type="spellEnd"/>
      <w:r w:rsidRPr="00FB42C7">
        <w:rPr>
          <w:rFonts w:eastAsia="Arial"/>
          <w:lang w:val="ru-RU"/>
        </w:rPr>
        <w:t>@</w:t>
      </w:r>
      <w:proofErr w:type="spellStart"/>
      <w:r>
        <w:rPr>
          <w:rFonts w:eastAsia="Arial"/>
        </w:rPr>
        <w:t>gmail</w:t>
      </w:r>
      <w:proofErr w:type="spellEnd"/>
      <w:r w:rsidRPr="00FB42C7">
        <w:rPr>
          <w:rFonts w:eastAsia="Arial"/>
          <w:lang w:val="ru-RU"/>
        </w:rPr>
        <w:t>.</w:t>
      </w:r>
      <w:r>
        <w:rPr>
          <w:rFonts w:eastAsia="Arial"/>
        </w:rPr>
        <w:t>com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>1. Способ предоставления согласия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1.1. Согласие предоставляется при заполнении и отправке формы на сайте Опе</w:t>
      </w:r>
      <w:r w:rsidRPr="00FB42C7">
        <w:rPr>
          <w:rFonts w:eastAsia="Arial"/>
          <w:lang w:val="ru-RU"/>
        </w:rPr>
        <w:t xml:space="preserve">ратора с доменным именем </w:t>
      </w:r>
      <w:proofErr w:type="spellStart"/>
      <w:r w:rsidRPr="00FB42C7">
        <w:rPr>
          <w:rFonts w:eastAsia="Arial"/>
          <w:lang w:val="ru-RU"/>
        </w:rPr>
        <w:t>домсуглом.рф</w:t>
      </w:r>
      <w:proofErr w:type="spellEnd"/>
      <w:r w:rsidRPr="00FB42C7">
        <w:rPr>
          <w:rFonts w:eastAsia="Arial"/>
          <w:lang w:val="ru-RU"/>
        </w:rPr>
        <w:t>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1.2. Согласие считается предоставленным с момента, когда я: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самостоятельно ввёл свои персональные данные в форму на Сайте;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установил отметку в поле рядом со ссылкой на настоящее Согласие;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нажал кнопку отправки формы, </w:t>
      </w:r>
      <w:r w:rsidRPr="00FB42C7">
        <w:rPr>
          <w:rFonts w:eastAsia="Arial"/>
          <w:lang w:val="ru-RU"/>
        </w:rPr>
        <w:t>в том числе кнопку «Отправить заявку», «Получить презентацию», «Узнать подробнее», «Рассчитать ипотеку», «Записаться на экскурсию», «Перезвонить» либо другую аналогичную кнопку.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1.3. Установление отметки и последующая отправка формы являются моим однозначн</w:t>
      </w:r>
      <w:r w:rsidRPr="00FB42C7">
        <w:rPr>
          <w:rFonts w:eastAsia="Arial"/>
          <w:lang w:val="ru-RU"/>
        </w:rPr>
        <w:t>ым действием, подтверждающим предоставление Согласия.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 xml:space="preserve">1.4. Оператор вправе фиксировать дату и время предоставления Согласия, адрес страницы, сведения о заполненной форме, </w:t>
      </w:r>
      <w:r>
        <w:rPr>
          <w:rFonts w:eastAsia="Arial"/>
        </w:rPr>
        <w:t>IP</w:t>
      </w:r>
      <w:r w:rsidRPr="00FB42C7">
        <w:rPr>
          <w:rFonts w:eastAsia="Arial"/>
          <w:lang w:val="ru-RU"/>
        </w:rPr>
        <w:t>-адрес и техническую информацию о пользовательской сессии в целях подтверждения фак</w:t>
      </w:r>
      <w:r w:rsidRPr="00FB42C7">
        <w:rPr>
          <w:rFonts w:eastAsia="Arial"/>
          <w:lang w:val="ru-RU"/>
        </w:rPr>
        <w:t>та получения Согласия.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>2. Перечень персональных данных</w:t>
      </w:r>
    </w:p>
    <w:p w:rsidR="00F101CF" w:rsidRDefault="00E85868">
      <w:pPr>
        <w:spacing w:after="100" w:line="259" w:lineRule="auto"/>
        <w:ind w:firstLine="425"/>
        <w:jc w:val="both"/>
      </w:pPr>
      <w:r w:rsidRPr="00FB42C7">
        <w:rPr>
          <w:rFonts w:eastAsia="Arial"/>
          <w:lang w:val="ru-RU"/>
        </w:rPr>
        <w:t xml:space="preserve">2.1. Я даю согласие на обработку следующих персональных данных, которые самостоятельно предоставляю </w:t>
      </w:r>
      <w:proofErr w:type="spellStart"/>
      <w:r>
        <w:rPr>
          <w:rFonts w:eastAsia="Arial"/>
        </w:rPr>
        <w:t>Оператору</w:t>
      </w:r>
      <w:proofErr w:type="spellEnd"/>
      <w:r>
        <w:rPr>
          <w:rFonts w:eastAsia="Arial"/>
        </w:rPr>
        <w:t>: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имя;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фамилия и отчество — в случае их указания;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номер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телефона</w:t>
      </w:r>
      <w:proofErr w:type="spellEnd"/>
      <w:r>
        <w:rPr>
          <w:rFonts w:eastAsia="Arial"/>
        </w:rPr>
        <w:t>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адрес электронной почты;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в</w:t>
      </w:r>
      <w:r>
        <w:rPr>
          <w:rFonts w:eastAsia="Arial"/>
        </w:rPr>
        <w:t>ыбранный способ связи;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выбранный мессенджер;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идентификатор или контактные данные в мессенджере;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содержание обращения, заявки или комментария;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сведения об интересующем объекте недвижимости;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сведения о выбранной квартире, планировке, площади, этаже или стоим</w:t>
      </w:r>
      <w:r w:rsidRPr="00FB42C7">
        <w:rPr>
          <w:rFonts w:eastAsia="Arial"/>
          <w:lang w:val="ru-RU"/>
        </w:rPr>
        <w:t>ости;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сведения о предпочтительном способе приобретения недвижимости;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lastRenderedPageBreak/>
        <w:t>сведения о предполагаемом первоначальном взносе;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сведения о предполагаемой сумме и сроке кредита;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сведения, необходимые для предварительного расчёта ипотечного платежа;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предпочтительные </w:t>
      </w:r>
      <w:r w:rsidRPr="00FB42C7">
        <w:rPr>
          <w:rFonts w:eastAsia="Arial"/>
          <w:lang w:val="ru-RU"/>
        </w:rPr>
        <w:t>дата и время звонка, встречи или экскурсии;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иные сведения, которые я добровольно указываю в формах Сайта или сообщаю представителям Оператора при последующем взаимодействии.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2.2. В процессе использования Сайта также могут обрабатываться следующие техническ</w:t>
      </w:r>
      <w:r w:rsidRPr="00FB42C7">
        <w:rPr>
          <w:rFonts w:eastAsia="Arial"/>
          <w:lang w:val="ru-RU"/>
        </w:rPr>
        <w:t>ие данные: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IP-</w:t>
      </w:r>
      <w:proofErr w:type="spellStart"/>
      <w:r>
        <w:rPr>
          <w:rFonts w:eastAsia="Arial"/>
        </w:rPr>
        <w:t>адрес</w:t>
      </w:r>
      <w:proofErr w:type="spellEnd"/>
      <w:r>
        <w:rPr>
          <w:rFonts w:eastAsia="Arial"/>
        </w:rPr>
        <w:t>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дата и время посещения Сайта;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сведения о браузере, операционной системе и устройстве;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адрес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посещённой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страницы</w:t>
      </w:r>
      <w:proofErr w:type="spellEnd"/>
      <w:r>
        <w:rPr>
          <w:rFonts w:eastAsia="Arial"/>
        </w:rPr>
        <w:t>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адрес страницы, с которой был выполнен переход;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источник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рекламного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перехода</w:t>
      </w:r>
      <w:proofErr w:type="spellEnd"/>
      <w:r>
        <w:rPr>
          <w:rFonts w:eastAsia="Arial"/>
        </w:rPr>
        <w:t>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сведения о действиях на Сайте;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технические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идентификаторы</w:t>
      </w:r>
      <w:proofErr w:type="spellEnd"/>
      <w:r>
        <w:rPr>
          <w:rFonts w:eastAsia="Arial"/>
        </w:rPr>
        <w:t>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данные файлов cookie;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сведения, формируемые сервисами веб-аналитики, </w:t>
      </w:r>
      <w:proofErr w:type="spellStart"/>
      <w:r w:rsidRPr="00FB42C7">
        <w:rPr>
          <w:rFonts w:eastAsia="Arial"/>
          <w:lang w:val="ru-RU"/>
        </w:rPr>
        <w:t>коллтрекинга</w:t>
      </w:r>
      <w:proofErr w:type="spellEnd"/>
      <w:r w:rsidRPr="00FB42C7">
        <w:rPr>
          <w:rFonts w:eastAsia="Arial"/>
          <w:lang w:val="ru-RU"/>
        </w:rPr>
        <w:t xml:space="preserve"> и оценки эффективности рекламы.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2.3. Настоящее Согласие не распространяется на обработку биометрических персональных данных и специальных категорий персональн</w:t>
      </w:r>
      <w:r w:rsidRPr="00FB42C7">
        <w:rPr>
          <w:rFonts w:eastAsia="Arial"/>
          <w:lang w:val="ru-RU"/>
        </w:rPr>
        <w:t>ых данных, касающихся состояния здоровья, национальности, политических взглядов, религиозных или философских убеждений и интимной жизни.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>3. Цели обработки персональных данных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3.1. Персональные данные могут обрабатываться Оператором в следующих целях: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приём</w:t>
      </w:r>
      <w:r w:rsidRPr="00FB42C7">
        <w:rPr>
          <w:rFonts w:eastAsia="Arial"/>
          <w:lang w:val="ru-RU"/>
        </w:rPr>
        <w:t>, регистрация и обработка моей заявки или обращения;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установление со мной обратной связи;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предоставление консультации по жилому комплексу «Дом с углом»;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предоставление информации о квартирах, машиноместах и иных объектах недвижимости;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подбор объектов недви</w:t>
      </w:r>
      <w:r w:rsidRPr="00FB42C7">
        <w:rPr>
          <w:rFonts w:eastAsia="Arial"/>
          <w:lang w:val="ru-RU"/>
        </w:rPr>
        <w:t>жимости по заданным мной параметрам;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направление запрошенной мной презентации, материалов или расчётов;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предварительный расчёт стоимости недвижимости, первоначального взноса и ипотечного платежа;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предоставление информации об ипотеке, рассрочке, </w:t>
      </w:r>
      <w:r>
        <w:rPr>
          <w:rFonts w:eastAsia="Arial"/>
        </w:rPr>
        <w:t>Trade</w:t>
      </w:r>
      <w:r w:rsidRPr="00FB42C7">
        <w:rPr>
          <w:rFonts w:eastAsia="Arial"/>
          <w:lang w:val="ru-RU"/>
        </w:rPr>
        <w:t>-</w:t>
      </w:r>
      <w:r>
        <w:rPr>
          <w:rFonts w:eastAsia="Arial"/>
        </w:rPr>
        <w:t>in</w:t>
      </w:r>
      <w:r w:rsidRPr="00FB42C7">
        <w:rPr>
          <w:rFonts w:eastAsia="Arial"/>
          <w:lang w:val="ru-RU"/>
        </w:rPr>
        <w:t xml:space="preserve"> и </w:t>
      </w:r>
      <w:r w:rsidRPr="00FB42C7">
        <w:rPr>
          <w:rFonts w:eastAsia="Arial"/>
          <w:lang w:val="ru-RU"/>
        </w:rPr>
        <w:t>иных способах приобретения недвижимости;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запись на встречу, консультацию, просмотр объекта или экскурсию;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согласование даты, времени и формата общения;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обработка обращений через телефон, электронную почту и выбранные мной мессенджеры;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внесение сведений о з</w:t>
      </w:r>
      <w:r w:rsidRPr="00FB42C7">
        <w:rPr>
          <w:rFonts w:eastAsia="Arial"/>
          <w:lang w:val="ru-RU"/>
        </w:rPr>
        <w:t xml:space="preserve">аявке в информационные системы и </w:t>
      </w:r>
      <w:r>
        <w:rPr>
          <w:rFonts w:eastAsia="Arial"/>
        </w:rPr>
        <w:t>CRM</w:t>
      </w:r>
      <w:r w:rsidRPr="00FB42C7">
        <w:rPr>
          <w:rFonts w:eastAsia="Arial"/>
          <w:lang w:val="ru-RU"/>
        </w:rPr>
        <w:t>-системы Оператора;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контроль качества работы менеджеров и обработки обращений;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анализ эффективности Сайта, рекламных материалов и источников обращений;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улучшение работы Сайта, его функциональности и пользовательского </w:t>
      </w:r>
      <w:r w:rsidRPr="00FB42C7">
        <w:rPr>
          <w:rFonts w:eastAsia="Arial"/>
          <w:lang w:val="ru-RU"/>
        </w:rPr>
        <w:t>интерфейса;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предотвращение мошенничества, неправомерного использования Сайта и иных нарушений;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исполнение требований законодательства Российской Федерации;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защита прав и законных интересов Оператора и субъектов персональных данных.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 xml:space="preserve">3.2. Настоящее Согласие </w:t>
      </w:r>
      <w:r w:rsidRPr="00FB42C7">
        <w:rPr>
          <w:rFonts w:eastAsia="Arial"/>
          <w:lang w:val="ru-RU"/>
        </w:rPr>
        <w:t>само по себе не является согласием на получение рекламных рассылок.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lastRenderedPageBreak/>
        <w:t>3.3. Направление рекламных и информационных сообщений об акциях, скидках, специальных предложениях и новых объектах осуществляется только при наличии отдельного согласия на получение рекла</w:t>
      </w:r>
      <w:r w:rsidRPr="00FB42C7">
        <w:rPr>
          <w:rFonts w:eastAsia="Arial"/>
          <w:lang w:val="ru-RU"/>
        </w:rPr>
        <w:t>мных и информационных материалов.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>4. Действия с персональными данными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4.1. Я разрешаю Оператору осуществлять с моими персональными данными следующие действия: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сбор</w:t>
      </w:r>
      <w:proofErr w:type="spellEnd"/>
      <w:r>
        <w:rPr>
          <w:rFonts w:eastAsia="Arial"/>
        </w:rPr>
        <w:t>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запись;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систематизацию;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накопление;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хранение;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уточнение, обновление и изменение;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извлечение;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использование;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сопоставление;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передачу — предоставление и доступ;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обезличивание;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блокирование;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удаление;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уничтожение.</w:t>
      </w:r>
    </w:p>
    <w:p w:rsidR="00F101CF" w:rsidRDefault="00E85868">
      <w:pPr>
        <w:spacing w:after="100" w:line="259" w:lineRule="auto"/>
        <w:ind w:firstLine="425"/>
        <w:jc w:val="both"/>
      </w:pPr>
      <w:r>
        <w:rPr>
          <w:rFonts w:eastAsia="Arial"/>
        </w:rPr>
        <w:t>4.2. Обработка может осуществляться: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автоматизированным способом;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без использования средств автоматизации;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смешанным способом;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путём внесения сведений в информационные системы, базы данных и </w:t>
      </w:r>
      <w:r>
        <w:rPr>
          <w:rFonts w:eastAsia="Arial"/>
        </w:rPr>
        <w:t>CRM</w:t>
      </w:r>
      <w:r w:rsidRPr="00FB42C7">
        <w:rPr>
          <w:rFonts w:eastAsia="Arial"/>
          <w:lang w:val="ru-RU"/>
        </w:rPr>
        <w:t>-системы.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4.3. Оператор вправе связываться со мной по предоставленному номеру телефона, адресу электронной почты или через выбранный мной мессенджер для обработки конкретной заявки и предо</w:t>
      </w:r>
      <w:r w:rsidRPr="00FB42C7">
        <w:rPr>
          <w:rFonts w:eastAsia="Arial"/>
          <w:lang w:val="ru-RU"/>
        </w:rPr>
        <w:t>ставления запрошенной консультации.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>5. Обработка персональных данных третьими лицами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5.1. В целях обработки моей заявки Оператор вправе поручить обработку персональных данных лицам, действующим на основании договоров с Оператором.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 xml:space="preserve">5.2. К таким лицам могут </w:t>
      </w:r>
      <w:r w:rsidRPr="00FB42C7">
        <w:rPr>
          <w:rFonts w:eastAsia="Arial"/>
          <w:lang w:val="ru-RU"/>
        </w:rPr>
        <w:t>относиться: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лица, обеспечивающие создание, размещение, эксплуатацию и техническую поддержку Сайта;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поставщики хостинга и серверной инфраструктуры;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операторы и поставщики </w:t>
      </w:r>
      <w:r>
        <w:rPr>
          <w:rFonts w:eastAsia="Arial"/>
        </w:rPr>
        <w:t>CRM</w:t>
      </w:r>
      <w:r w:rsidRPr="00FB42C7">
        <w:rPr>
          <w:rFonts w:eastAsia="Arial"/>
          <w:lang w:val="ru-RU"/>
        </w:rPr>
        <w:t>-систем;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операторы связи и виртуальной телефонии;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поставщики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сервисов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коллтрекинга</w:t>
      </w:r>
      <w:proofErr w:type="spellEnd"/>
      <w:r>
        <w:rPr>
          <w:rFonts w:eastAsia="Arial"/>
        </w:rPr>
        <w:t>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поставщики электронной почты и сервисов отправки сообщений;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поставщики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систем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веб-аналитики</w:t>
      </w:r>
      <w:proofErr w:type="spellEnd"/>
      <w:r>
        <w:rPr>
          <w:rFonts w:eastAsia="Arial"/>
        </w:rPr>
        <w:t>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поставщики сервисов хранения и обработки заявок;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организации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обеспечив</w:t>
      </w:r>
      <w:bookmarkStart w:id="0" w:name="_GoBack"/>
      <w:bookmarkEnd w:id="0"/>
      <w:r>
        <w:rPr>
          <w:rFonts w:eastAsia="Arial"/>
        </w:rPr>
        <w:t>ающие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информационную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безопасность</w:t>
      </w:r>
      <w:proofErr w:type="spellEnd"/>
      <w:r>
        <w:rPr>
          <w:rFonts w:eastAsia="Arial"/>
        </w:rPr>
        <w:t>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подрядчики, участвующие в организации консультаций и соп</w:t>
      </w:r>
      <w:r w:rsidRPr="00FB42C7">
        <w:rPr>
          <w:rFonts w:eastAsia="Arial"/>
          <w:lang w:val="ru-RU"/>
        </w:rPr>
        <w:t>ровождении обращений клиентов.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5.3. Указанные лица вправе обрабатывать персональные данные исключительно в объёме, необходимом для исполнения поручения Оператора, и обязаны соблюдать конфиденциальность и требования к безопасности персональных данных.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 xml:space="preserve">5.4. </w:t>
      </w:r>
      <w:r w:rsidRPr="00FB42C7">
        <w:rPr>
          <w:rFonts w:eastAsia="Arial"/>
          <w:lang w:val="ru-RU"/>
        </w:rPr>
        <w:t xml:space="preserve">Передача персональных данных банкам, кредитным организациям, страховым организациям, агентствам недвижимости и иным самостоятельным операторам персональных </w:t>
      </w:r>
      <w:r w:rsidRPr="00FB42C7">
        <w:rPr>
          <w:rFonts w:eastAsia="Arial"/>
          <w:lang w:val="ru-RU"/>
        </w:rPr>
        <w:lastRenderedPageBreak/>
        <w:t>данных осуществляется только при наличии соответствующего правового основания, а когда это необходим</w:t>
      </w:r>
      <w:r w:rsidRPr="00FB42C7">
        <w:rPr>
          <w:rFonts w:eastAsia="Arial"/>
          <w:lang w:val="ru-RU"/>
        </w:rPr>
        <w:t>о — отдельного согласия субъекта персональных данных.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5.5. Настоящее Согласие не предоставляет права распространять мои персональные данные или предоставлять к ним доступ неограниченному кругу лиц.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>6. Срок действия согласия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6.1. Настоящее Согласие действуе</w:t>
      </w:r>
      <w:r w:rsidRPr="00FB42C7">
        <w:rPr>
          <w:rFonts w:eastAsia="Arial"/>
          <w:lang w:val="ru-RU"/>
        </w:rPr>
        <w:t>т в течение пяти лет с момента его предоставления либо до момента его отзыва — в зависимости от того, какое событие наступит раньше.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6.2. После достижения целей обработки, истечения срока действия Согласия или получения его отзыва Оператор прекращает обраб</w:t>
      </w:r>
      <w:r w:rsidRPr="00FB42C7">
        <w:rPr>
          <w:rFonts w:eastAsia="Arial"/>
          <w:lang w:val="ru-RU"/>
        </w:rPr>
        <w:t>отку и уничтожает персональные данные в сроки, предусмотренные законодательством Российской Федерации.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6.3. Если между мной и Оператором будет заключён договор либо возникнут иные предусмотренные законом основания обработки, Оператор вправе продолжить обра</w:t>
      </w:r>
      <w:r w:rsidRPr="00FB42C7">
        <w:rPr>
          <w:rFonts w:eastAsia="Arial"/>
          <w:lang w:val="ru-RU"/>
        </w:rPr>
        <w:t>ботку соответствующих персональных данных без моего согласия в объёме и в течение срока, установленных законодательством.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>7. Отзыв согласия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7.1. Я вправе в любое время отозвать настоящее Согласие.</w:t>
      </w:r>
    </w:p>
    <w:p w:rsidR="00F101CF" w:rsidRDefault="00E85868">
      <w:pPr>
        <w:spacing w:after="100" w:line="259" w:lineRule="auto"/>
        <w:ind w:firstLine="425"/>
        <w:jc w:val="both"/>
      </w:pPr>
      <w:r>
        <w:rPr>
          <w:rFonts w:eastAsia="Arial"/>
        </w:rPr>
        <w:t>7.2. Отзыв может быть направлен: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по электронной почте: </w:t>
      </w:r>
      <w:proofErr w:type="spellStart"/>
      <w:r>
        <w:rPr>
          <w:rFonts w:eastAsia="Arial"/>
        </w:rPr>
        <w:t>leodevelopment</w:t>
      </w:r>
      <w:proofErr w:type="spellEnd"/>
      <w:r w:rsidRPr="00FB42C7">
        <w:rPr>
          <w:rFonts w:eastAsia="Arial"/>
          <w:lang w:val="ru-RU"/>
        </w:rPr>
        <w:t>.</w:t>
      </w:r>
      <w:proofErr w:type="spellStart"/>
      <w:r>
        <w:rPr>
          <w:rFonts w:eastAsia="Arial"/>
        </w:rPr>
        <w:t>vl</w:t>
      </w:r>
      <w:proofErr w:type="spellEnd"/>
      <w:r w:rsidRPr="00FB42C7">
        <w:rPr>
          <w:rFonts w:eastAsia="Arial"/>
          <w:lang w:val="ru-RU"/>
        </w:rPr>
        <w:t>@</w:t>
      </w:r>
      <w:proofErr w:type="spellStart"/>
      <w:r>
        <w:rPr>
          <w:rFonts w:eastAsia="Arial"/>
        </w:rPr>
        <w:t>gmail</w:t>
      </w:r>
      <w:proofErr w:type="spellEnd"/>
      <w:r w:rsidRPr="00FB42C7">
        <w:rPr>
          <w:rFonts w:eastAsia="Arial"/>
          <w:lang w:val="ru-RU"/>
        </w:rPr>
        <w:t>.</w:t>
      </w:r>
      <w:r>
        <w:rPr>
          <w:rFonts w:eastAsia="Arial"/>
        </w:rPr>
        <w:t>com</w:t>
      </w:r>
      <w:r w:rsidRPr="00FB42C7">
        <w:rPr>
          <w:rFonts w:eastAsia="Arial"/>
          <w:lang w:val="ru-RU"/>
        </w:rPr>
        <w:t>;</w:t>
      </w:r>
    </w:p>
    <w:p w:rsidR="00F101CF" w:rsidRDefault="00E85868">
      <w:pPr>
        <w:pStyle w:val="a0"/>
        <w:spacing w:after="40" w:line="252" w:lineRule="auto"/>
        <w:ind w:left="425" w:hanging="198"/>
      </w:pPr>
      <w:r w:rsidRPr="00FB42C7">
        <w:rPr>
          <w:rFonts w:eastAsia="Arial"/>
          <w:lang w:val="ru-RU"/>
        </w:rPr>
        <w:t xml:space="preserve">по почтовому адресу: 690035, Приморский край, г. Владивосток, ул. </w:t>
      </w:r>
      <w:proofErr w:type="spellStart"/>
      <w:r>
        <w:rPr>
          <w:rFonts w:eastAsia="Arial"/>
        </w:rPr>
        <w:t>Можжевеловая</w:t>
      </w:r>
      <w:proofErr w:type="spellEnd"/>
      <w:r>
        <w:rPr>
          <w:rFonts w:eastAsia="Arial"/>
        </w:rPr>
        <w:t>, д. 18, помещ. 8.</w:t>
      </w:r>
    </w:p>
    <w:p w:rsidR="00F101CF" w:rsidRDefault="00E85868">
      <w:pPr>
        <w:spacing w:after="100" w:line="259" w:lineRule="auto"/>
        <w:ind w:firstLine="425"/>
        <w:jc w:val="both"/>
      </w:pPr>
      <w:r>
        <w:rPr>
          <w:rFonts w:eastAsia="Arial"/>
        </w:rPr>
        <w:t>7.3. В обращении необходимо указать: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фамилию, имя и отчество — при наличии;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 xml:space="preserve">номер телефона или адрес электронной почты, указанные </w:t>
      </w:r>
      <w:r w:rsidRPr="00FB42C7">
        <w:rPr>
          <w:rFonts w:eastAsia="Arial"/>
          <w:lang w:val="ru-RU"/>
        </w:rPr>
        <w:t>при отправке заявки;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требование прекратить обработку персональных данных;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сведения, позволяющие Оператору идентифицировать заявку и заявителя.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7.4. Оператор вправе запросить дополнительную информацию, необходимую для подтверждения личности заявителя и пред</w:t>
      </w:r>
      <w:r w:rsidRPr="00FB42C7">
        <w:rPr>
          <w:rFonts w:eastAsia="Arial"/>
          <w:lang w:val="ru-RU"/>
        </w:rPr>
        <w:t>отвращения неправомерного удаления персональных данных третьими лицами.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7.5. После получения отзыва Оператор прекращает обработку персональных данных, если отсутствуют иные предусмотренные законодательством основания для её продолжения.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 xml:space="preserve">8. Подтверждения </w:t>
      </w:r>
      <w:r w:rsidRPr="00FB42C7">
        <w:rPr>
          <w:rFonts w:eastAsia="Arial"/>
          <w:b/>
          <w:sz w:val="25"/>
          <w:lang w:val="ru-RU"/>
        </w:rPr>
        <w:t>субъекта персональных данных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Предоставляя настоящее Согласие, я подтверждаю, что: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указанные мной персональные данные принадлежат мне;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предоставленные сведения являются достоверными и актуальными;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я ознакомился с текстом настоящего Согласия до отправки форм</w:t>
      </w:r>
      <w:r w:rsidRPr="00FB42C7">
        <w:rPr>
          <w:rFonts w:eastAsia="Arial"/>
          <w:lang w:val="ru-RU"/>
        </w:rPr>
        <w:t>ы;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я ознакомился с Политикой в отношении обработки персональных данных Оператора;</w:t>
      </w:r>
    </w:p>
    <w:p w:rsidR="00F101CF" w:rsidRDefault="00E85868">
      <w:pPr>
        <w:pStyle w:val="a0"/>
        <w:spacing w:after="40" w:line="252" w:lineRule="auto"/>
        <w:ind w:left="425" w:hanging="198"/>
      </w:pPr>
      <w:proofErr w:type="spellStart"/>
      <w:r>
        <w:rPr>
          <w:rFonts w:eastAsia="Arial"/>
        </w:rPr>
        <w:t>содержание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Согласия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мне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понятно</w:t>
      </w:r>
      <w:proofErr w:type="spellEnd"/>
      <w:r>
        <w:rPr>
          <w:rFonts w:eastAsia="Arial"/>
        </w:rPr>
        <w:t>;</w:t>
      </w:r>
    </w:p>
    <w:p w:rsidR="00F101CF" w:rsidRDefault="00E85868">
      <w:pPr>
        <w:pStyle w:val="a0"/>
        <w:spacing w:after="40" w:line="252" w:lineRule="auto"/>
        <w:ind w:left="425" w:hanging="198"/>
      </w:pPr>
      <w:r>
        <w:rPr>
          <w:rFonts w:eastAsia="Arial"/>
        </w:rPr>
        <w:t>Согласие предоставлено без принуждения;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я достиг возраста, позволяющего самостоятельно предоставлять согласие на обработку персональных данны</w:t>
      </w:r>
      <w:r w:rsidRPr="00FB42C7">
        <w:rPr>
          <w:rFonts w:eastAsia="Arial"/>
          <w:lang w:val="ru-RU"/>
        </w:rPr>
        <w:t>х;</w:t>
      </w:r>
    </w:p>
    <w:p w:rsidR="00F101CF" w:rsidRPr="00FB42C7" w:rsidRDefault="00E85868">
      <w:pPr>
        <w:pStyle w:val="a0"/>
        <w:spacing w:after="40" w:line="252" w:lineRule="auto"/>
        <w:ind w:left="425" w:hanging="198"/>
        <w:rPr>
          <w:lang w:val="ru-RU"/>
        </w:rPr>
      </w:pPr>
      <w:r w:rsidRPr="00FB42C7">
        <w:rPr>
          <w:rFonts w:eastAsia="Arial"/>
          <w:lang w:val="ru-RU"/>
        </w:rPr>
        <w:t>при предоставлении сведений другого лица я имею законные основания для их передачи Оператору.</w:t>
      </w:r>
    </w:p>
    <w:p w:rsidR="00F101CF" w:rsidRPr="00FB42C7" w:rsidRDefault="00E85868">
      <w:pPr>
        <w:spacing w:before="200" w:after="100"/>
        <w:rPr>
          <w:lang w:val="ru-RU"/>
        </w:rPr>
      </w:pPr>
      <w:r w:rsidRPr="00FB42C7">
        <w:rPr>
          <w:rFonts w:eastAsia="Arial"/>
          <w:b/>
          <w:sz w:val="25"/>
          <w:lang w:val="ru-RU"/>
        </w:rPr>
        <w:t>9. Заключительные положения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lastRenderedPageBreak/>
        <w:t xml:space="preserve">9.1. Настоящее Согласие оформляется отдельно от Политики в отношении обработки персональных данных, согласия на рекламные рассылки </w:t>
      </w:r>
      <w:r w:rsidRPr="00FB42C7">
        <w:rPr>
          <w:rFonts w:eastAsia="Arial"/>
          <w:lang w:val="ru-RU"/>
        </w:rPr>
        <w:t>и иных документов или условий, подтверждаемых Пользователем.</w:t>
      </w:r>
    </w:p>
    <w:p w:rsidR="00F101CF" w:rsidRPr="00FB42C7" w:rsidRDefault="00E85868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9.2. Обработка персональных данных осуществляется в соответствии с Федеральным законом от 27.07.2006 № 152-ФЗ «О персональных данных» и Политикой в отношении обработки персональных данных Операто</w:t>
      </w:r>
      <w:r w:rsidRPr="00FB42C7">
        <w:rPr>
          <w:rFonts w:eastAsia="Arial"/>
          <w:lang w:val="ru-RU"/>
        </w:rPr>
        <w:t>ра.</w:t>
      </w:r>
    </w:p>
    <w:p w:rsidR="00E85868" w:rsidRPr="00FB42C7" w:rsidRDefault="00E85868" w:rsidP="00FB42C7">
      <w:pPr>
        <w:spacing w:after="100" w:line="259" w:lineRule="auto"/>
        <w:ind w:firstLine="425"/>
        <w:jc w:val="both"/>
        <w:rPr>
          <w:lang w:val="ru-RU"/>
        </w:rPr>
      </w:pPr>
      <w:r w:rsidRPr="00FB42C7">
        <w:rPr>
          <w:rFonts w:eastAsia="Arial"/>
          <w:lang w:val="ru-RU"/>
        </w:rPr>
        <w:t>9.3. Актуальная редакция настоящего Согласия размещается на Сайте и доступна Пользователю до момента отправки формы.</w:t>
      </w:r>
    </w:p>
    <w:sectPr w:rsidR="00E85868" w:rsidRPr="00FB42C7" w:rsidSect="00034616">
      <w:headerReference w:type="default" r:id="rId8"/>
      <w:footerReference w:type="default" r:id="rId9"/>
      <w:pgSz w:w="12240" w:h="15840"/>
      <w:pgMar w:top="1020" w:right="1020" w:bottom="1020" w:left="124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868" w:rsidRDefault="00E85868">
      <w:pPr>
        <w:spacing w:after="0" w:line="240" w:lineRule="auto"/>
      </w:pPr>
      <w:r>
        <w:separator/>
      </w:r>
    </w:p>
  </w:endnote>
  <w:endnote w:type="continuationSeparator" w:id="0">
    <w:p w:rsidR="00E85868" w:rsidRDefault="00E8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1CF" w:rsidRDefault="00E85868">
    <w:pPr>
      <w:pStyle w:val="a7"/>
      <w:jc w:val="right"/>
    </w:pPr>
    <w:r>
      <w:rPr>
        <w:rFonts w:eastAsia="Arial"/>
        <w:sz w:val="18"/>
      </w:rPr>
      <w:t xml:space="preserve">Страница </w:t>
    </w:r>
    <w:r>
      <w:rPr>
        <w:rFonts w:eastAsia="Arial"/>
        <w:sz w:val="18"/>
      </w:rPr>
      <w:fldChar w:fldCharType="begin"/>
    </w:r>
    <w:r>
      <w:rPr>
        <w:rFonts w:eastAsia="Arial"/>
        <w:sz w:val="18"/>
      </w:rPr>
      <w:instrText>PAGE</w:instrText>
    </w:r>
    <w:r w:rsidR="00FB42C7">
      <w:rPr>
        <w:rFonts w:eastAsia="Arial"/>
        <w:sz w:val="18"/>
      </w:rPr>
      <w:fldChar w:fldCharType="separate"/>
    </w:r>
    <w:r w:rsidR="00FB42C7">
      <w:rPr>
        <w:rFonts w:eastAsia="Arial"/>
        <w:noProof/>
        <w:sz w:val="18"/>
      </w:rPr>
      <w:t>1</w:t>
    </w:r>
    <w:r>
      <w:rPr>
        <w:rFonts w:eastAsia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868" w:rsidRDefault="00E85868">
      <w:pPr>
        <w:spacing w:after="0" w:line="240" w:lineRule="auto"/>
      </w:pPr>
      <w:r>
        <w:separator/>
      </w:r>
    </w:p>
  </w:footnote>
  <w:footnote w:type="continuationSeparator" w:id="0">
    <w:p w:rsidR="00E85868" w:rsidRDefault="00E85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1CF" w:rsidRDefault="00E85868">
    <w:pPr>
      <w:pStyle w:val="a5"/>
      <w:jc w:val="right"/>
    </w:pPr>
    <w:r>
      <w:rPr>
        <w:rFonts w:eastAsia="Arial"/>
        <w:b/>
        <w:sz w:val="18"/>
      </w:rPr>
      <w:t>домсуглом.рф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85868"/>
    <w:rsid w:val="00F101CF"/>
    <w:rsid w:val="00FB42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DC206"/>
  <w14:defaultImageDpi w14:val="300"/>
  <w15:docId w15:val="{31054D94-2CBD-4ECA-973E-CBBA579C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953662-9EB7-4E7D-A2C7-540E37FF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— домсуглом.рф</dc:title>
  <dc:subject>Согласие на обработку персональных данных</dc:subject>
  <dc:creator>ООО Специализированный застройщик «ГолдИнвест»</dc:creator>
  <cp:keywords>персональные данные, согласие, домсуглом.рф</cp:keywords>
  <dc:description>generated by python-docx</dc:description>
  <cp:lastModifiedBy>Волошин Даниил Дмитриевич</cp:lastModifiedBy>
  <cp:revision>2</cp:revision>
  <dcterms:created xsi:type="dcterms:W3CDTF">2013-12-23T23:15:00Z</dcterms:created>
  <dcterms:modified xsi:type="dcterms:W3CDTF">2026-07-13T07:29:00Z</dcterms:modified>
  <cp:category/>
</cp:coreProperties>
</file>